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3284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66F56B95" w14:textId="77777777" w:rsid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</w:p>
    <w:p w14:paraId="7CF97D2E" w14:textId="00D0D7DA" w:rsidR="00FF327E" w:rsidRPr="009B6C44" w:rsidRDefault="009B6C44" w:rsidP="009B6C44">
      <w:pPr>
        <w:pStyle w:val="Heading1"/>
        <w:spacing w:before="24" w:after="24"/>
        <w:jc w:val="center"/>
        <w:rPr>
          <w:rFonts w:ascii="Corbel" w:hAnsi="Corbel"/>
          <w:color w:val="8D0F82"/>
        </w:rPr>
      </w:pPr>
      <w:r w:rsidRPr="009B6C44">
        <w:rPr>
          <w:rFonts w:ascii="Corbel" w:hAnsi="Corbel"/>
          <w:color w:val="8D0F82"/>
        </w:rPr>
        <w:t>Volunteer Role Specification</w:t>
      </w:r>
    </w:p>
    <w:p w14:paraId="0A4444ED" w14:textId="1CA50733" w:rsidR="00FF327E" w:rsidRPr="009B6C44" w:rsidRDefault="0061635A" w:rsidP="009B6C44">
      <w:pPr>
        <w:pStyle w:val="Heading2"/>
        <w:spacing w:before="24" w:after="24"/>
        <w:jc w:val="center"/>
        <w:rPr>
          <w:rFonts w:ascii="Corbel" w:hAnsi="Corbel"/>
          <w:color w:val="FF5A00"/>
          <w:sz w:val="22"/>
          <w:szCs w:val="22"/>
        </w:rPr>
      </w:pPr>
      <w:r>
        <w:rPr>
          <w:rFonts w:ascii="Corbel" w:hAnsi="Corbel"/>
          <w:color w:val="FF5A00"/>
          <w:sz w:val="22"/>
          <w:szCs w:val="22"/>
        </w:rPr>
        <w:t>W</w:t>
      </w:r>
      <w:r w:rsidR="00D20A29">
        <w:rPr>
          <w:rFonts w:ascii="Corbel" w:hAnsi="Corbel"/>
          <w:color w:val="FF5A00"/>
          <w:sz w:val="22"/>
          <w:szCs w:val="22"/>
        </w:rPr>
        <w:t xml:space="preserve">orkshop </w:t>
      </w:r>
      <w:r w:rsidR="009B6C44" w:rsidRPr="009B6C44">
        <w:rPr>
          <w:rFonts w:ascii="Corbel" w:hAnsi="Corbel"/>
          <w:color w:val="FF5A00"/>
          <w:sz w:val="22"/>
          <w:szCs w:val="22"/>
        </w:rPr>
        <w:t>Support</w:t>
      </w:r>
      <w:r w:rsidR="006C1675">
        <w:rPr>
          <w:rFonts w:ascii="Corbel" w:hAnsi="Corbel"/>
          <w:color w:val="FF5A00"/>
          <w:sz w:val="22"/>
          <w:szCs w:val="22"/>
        </w:rPr>
        <w:t xml:space="preserve"> Volunteer</w:t>
      </w:r>
    </w:p>
    <w:p w14:paraId="0F0358F2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7814EB45" w14:textId="702D2578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Overview</w:t>
      </w:r>
    </w:p>
    <w:p w14:paraId="5592B897" w14:textId="0A31FC69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As a </w:t>
      </w:r>
      <w:r w:rsidR="000925EC">
        <w:rPr>
          <w:rFonts w:ascii="Corbel" w:hAnsi="Corbel"/>
        </w:rPr>
        <w:t xml:space="preserve">Workshop </w:t>
      </w:r>
      <w:r w:rsidRPr="009B6C44">
        <w:rPr>
          <w:rFonts w:ascii="Corbel" w:hAnsi="Corbel"/>
        </w:rPr>
        <w:t xml:space="preserve">Volunteer </w:t>
      </w:r>
      <w:r w:rsidR="00F46AD9">
        <w:rPr>
          <w:rFonts w:ascii="Corbel" w:hAnsi="Corbel"/>
        </w:rPr>
        <w:t xml:space="preserve">in </w:t>
      </w:r>
      <w:r w:rsidRPr="009B6C44">
        <w:rPr>
          <w:rFonts w:ascii="Corbel" w:hAnsi="Corbel"/>
        </w:rPr>
        <w:t xml:space="preserve">the </w:t>
      </w:r>
      <w:r w:rsidR="00E37BD9">
        <w:rPr>
          <w:rFonts w:ascii="Corbel" w:hAnsi="Corbel"/>
        </w:rPr>
        <w:t>Worcester</w:t>
      </w:r>
      <w:r w:rsidR="00F46AD9">
        <w:rPr>
          <w:rFonts w:ascii="Corbel" w:hAnsi="Corbel"/>
        </w:rPr>
        <w:t>shire</w:t>
      </w:r>
      <w:r w:rsidRPr="009B6C44">
        <w:rPr>
          <w:rFonts w:ascii="Corbel" w:hAnsi="Corbel"/>
        </w:rPr>
        <w:t xml:space="preserve"> Drug and Alcohol Service, you will support the delivery of</w:t>
      </w:r>
      <w:r w:rsidR="000925EC">
        <w:rPr>
          <w:rFonts w:ascii="Corbel" w:hAnsi="Corbel"/>
        </w:rPr>
        <w:t xml:space="preserve"> </w:t>
      </w:r>
      <w:r w:rsidR="005257B5">
        <w:rPr>
          <w:rFonts w:ascii="Corbel" w:hAnsi="Corbel"/>
        </w:rPr>
        <w:t xml:space="preserve">our group programme </w:t>
      </w:r>
      <w:r w:rsidR="000925EC">
        <w:rPr>
          <w:rFonts w:ascii="Corbel" w:hAnsi="Corbel"/>
        </w:rPr>
        <w:t>model</w:t>
      </w:r>
      <w:r w:rsidR="005257B5">
        <w:rPr>
          <w:rFonts w:ascii="Corbel" w:hAnsi="Corbel"/>
        </w:rPr>
        <w:t>s</w:t>
      </w:r>
      <w:r w:rsidRPr="009B6C44">
        <w:rPr>
          <w:rFonts w:ascii="Corbel" w:hAnsi="Corbel"/>
        </w:rPr>
        <w:t xml:space="preserve">. </w:t>
      </w:r>
      <w:r w:rsidR="005D629F">
        <w:rPr>
          <w:rFonts w:ascii="Corbel" w:hAnsi="Corbel"/>
        </w:rPr>
        <w:t xml:space="preserve">You will engage </w:t>
      </w:r>
      <w:r w:rsidR="000925EC">
        <w:rPr>
          <w:rFonts w:ascii="Corbel" w:hAnsi="Corbel"/>
        </w:rPr>
        <w:t xml:space="preserve">People </w:t>
      </w:r>
      <w:r w:rsidR="00893EDD">
        <w:rPr>
          <w:rFonts w:ascii="Corbel" w:hAnsi="Corbel"/>
        </w:rPr>
        <w:t>W</w:t>
      </w:r>
      <w:r w:rsidR="00D2379E">
        <w:rPr>
          <w:rFonts w:ascii="Corbel" w:hAnsi="Corbel"/>
        </w:rPr>
        <w:t>ho</w:t>
      </w:r>
      <w:r w:rsidR="000925EC">
        <w:rPr>
          <w:rFonts w:ascii="Corbel" w:hAnsi="Corbel"/>
        </w:rPr>
        <w:t xml:space="preserve"> </w:t>
      </w:r>
      <w:r w:rsidR="00893EDD">
        <w:rPr>
          <w:rFonts w:ascii="Corbel" w:hAnsi="Corbel"/>
        </w:rPr>
        <w:t>U</w:t>
      </w:r>
      <w:r w:rsidR="000925EC">
        <w:rPr>
          <w:rFonts w:ascii="Corbel" w:hAnsi="Corbel"/>
        </w:rPr>
        <w:t xml:space="preserve">se </w:t>
      </w:r>
      <w:r w:rsidR="00893EDD">
        <w:rPr>
          <w:rFonts w:ascii="Corbel" w:hAnsi="Corbel"/>
        </w:rPr>
        <w:t>S</w:t>
      </w:r>
      <w:r w:rsidR="000925EC">
        <w:rPr>
          <w:rFonts w:ascii="Corbel" w:hAnsi="Corbel"/>
        </w:rPr>
        <w:t>ervices</w:t>
      </w:r>
      <w:r w:rsidR="005257B5">
        <w:rPr>
          <w:rFonts w:ascii="Corbel" w:hAnsi="Corbel"/>
        </w:rPr>
        <w:t xml:space="preserve"> (PWUS)</w:t>
      </w:r>
      <w:r w:rsidRPr="009B6C44">
        <w:rPr>
          <w:rFonts w:ascii="Corbel" w:hAnsi="Corbel"/>
        </w:rPr>
        <w:t xml:space="preserve">, assisting </w:t>
      </w:r>
      <w:r w:rsidR="000925EC">
        <w:rPr>
          <w:rFonts w:ascii="Corbel" w:hAnsi="Corbel"/>
        </w:rPr>
        <w:t xml:space="preserve">workshop facilitators with </w:t>
      </w:r>
      <w:r w:rsidR="00DF7DC3">
        <w:rPr>
          <w:rFonts w:ascii="Corbel" w:hAnsi="Corbel"/>
        </w:rPr>
        <w:t>workshop related tasks</w:t>
      </w:r>
      <w:r w:rsidRPr="009B6C44">
        <w:rPr>
          <w:rFonts w:ascii="Corbel" w:hAnsi="Corbel"/>
        </w:rPr>
        <w:t>, and contributing to a welcoming and supportive environment.</w:t>
      </w:r>
      <w:r w:rsidR="00DF7DC3">
        <w:rPr>
          <w:rFonts w:ascii="Corbel" w:hAnsi="Corbel"/>
        </w:rPr>
        <w:t xml:space="preserve"> Workshops run across the County and </w:t>
      </w:r>
      <w:r w:rsidR="006C1675">
        <w:rPr>
          <w:rFonts w:ascii="Corbel" w:hAnsi="Corbel"/>
        </w:rPr>
        <w:t xml:space="preserve">online and you will be able to </w:t>
      </w:r>
      <w:r w:rsidR="000D0B75">
        <w:rPr>
          <w:rFonts w:ascii="Corbel" w:hAnsi="Corbel"/>
        </w:rPr>
        <w:t>express a preference for</w:t>
      </w:r>
      <w:r w:rsidR="006C1675">
        <w:rPr>
          <w:rFonts w:ascii="Corbel" w:hAnsi="Corbel"/>
        </w:rPr>
        <w:t xml:space="preserve"> </w:t>
      </w:r>
      <w:r w:rsidR="00DA6EE8">
        <w:rPr>
          <w:rFonts w:ascii="Corbel" w:hAnsi="Corbel"/>
        </w:rPr>
        <w:t xml:space="preserve">which </w:t>
      </w:r>
      <w:r w:rsidR="00185206">
        <w:rPr>
          <w:rFonts w:ascii="Corbel" w:hAnsi="Corbel"/>
        </w:rPr>
        <w:t>workshop</w:t>
      </w:r>
      <w:r w:rsidR="00DA6EE8">
        <w:rPr>
          <w:rFonts w:ascii="Corbel" w:hAnsi="Corbel"/>
        </w:rPr>
        <w:t xml:space="preserve"> areas </w:t>
      </w:r>
      <w:r w:rsidR="006C1675">
        <w:rPr>
          <w:rFonts w:ascii="Corbel" w:hAnsi="Corbel"/>
        </w:rPr>
        <w:t>you</w:t>
      </w:r>
      <w:r w:rsidR="00185206">
        <w:rPr>
          <w:rFonts w:ascii="Corbel" w:hAnsi="Corbel"/>
        </w:rPr>
        <w:t xml:space="preserve"> will</w:t>
      </w:r>
      <w:r w:rsidR="006C1675">
        <w:rPr>
          <w:rFonts w:ascii="Corbel" w:hAnsi="Corbel"/>
        </w:rPr>
        <w:t xml:space="preserve"> </w:t>
      </w:r>
      <w:r w:rsidR="00185206">
        <w:rPr>
          <w:rFonts w:ascii="Corbel" w:hAnsi="Corbel"/>
        </w:rPr>
        <w:t xml:space="preserve">volunteer </w:t>
      </w:r>
      <w:r w:rsidR="006C1675">
        <w:rPr>
          <w:rFonts w:ascii="Corbel" w:hAnsi="Corbel"/>
        </w:rPr>
        <w:t>in.</w:t>
      </w:r>
    </w:p>
    <w:p w14:paraId="7CEF89A1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11F32E61" w14:textId="282DB7C3" w:rsidR="009446E0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Pre-Commencement and Training</w:t>
      </w:r>
    </w:p>
    <w:p w14:paraId="612CA291" w14:textId="6915F10D" w:rsidR="009446E0" w:rsidRPr="009B6C44" w:rsidRDefault="009446E0" w:rsidP="009B6C44">
      <w:pPr>
        <w:pStyle w:val="ListBullet"/>
        <w:numPr>
          <w:ilvl w:val="0"/>
          <w:numId w:val="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All volunteers will receive comprehensive training relevant to </w:t>
      </w:r>
      <w:proofErr w:type="gramStart"/>
      <w:r w:rsidRPr="009B6C44">
        <w:rPr>
          <w:rFonts w:ascii="Corbel" w:hAnsi="Corbel"/>
        </w:rPr>
        <w:t>the</w:t>
      </w:r>
      <w:proofErr w:type="gramEnd"/>
      <w:r w:rsidRPr="009B6C44">
        <w:rPr>
          <w:rFonts w:ascii="Corbel" w:hAnsi="Corbel"/>
        </w:rPr>
        <w:t xml:space="preserve"> role, including key policies, procedures, and practical skills required to carry out clinic-based tasks safely and effectively. This training will be delivered through a combination of induction sessions, role-specific training modules, and ongoing support from the Volunteer Coordinator.</w:t>
      </w:r>
    </w:p>
    <w:p w14:paraId="217BEA66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3BA9549E" w14:textId="0C7FE4DF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Key Responsibilities</w:t>
      </w:r>
    </w:p>
    <w:p w14:paraId="704D79FF" w14:textId="47A93881" w:rsidR="009446E0" w:rsidRPr="009B6C44" w:rsidRDefault="009B6C44" w:rsidP="009B6C44">
      <w:pPr>
        <w:pStyle w:val="ListBullet"/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Welcoming and engaging </w:t>
      </w:r>
      <w:r w:rsidR="00D2379E">
        <w:rPr>
          <w:rFonts w:ascii="Corbel" w:hAnsi="Corbel"/>
        </w:rPr>
        <w:t>PWUS</w:t>
      </w:r>
    </w:p>
    <w:p w14:paraId="46BA0964" w14:textId="4A81424B" w:rsidR="00D2379E" w:rsidRDefault="00D2379E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Liaising with PWUS over the phone</w:t>
      </w:r>
      <w:r w:rsidR="00DF7DC3">
        <w:rPr>
          <w:rFonts w:ascii="Corbel" w:hAnsi="Corbel"/>
        </w:rPr>
        <w:t xml:space="preserve"> to encourage engagement </w:t>
      </w:r>
      <w:r w:rsidR="006C1675">
        <w:rPr>
          <w:rFonts w:ascii="Corbel" w:hAnsi="Corbel"/>
        </w:rPr>
        <w:t>with</w:t>
      </w:r>
      <w:r w:rsidR="00DF7DC3">
        <w:rPr>
          <w:rFonts w:ascii="Corbel" w:hAnsi="Corbel"/>
        </w:rPr>
        <w:t xml:space="preserve"> workshops</w:t>
      </w:r>
    </w:p>
    <w:p w14:paraId="23F942B5" w14:textId="2EE76653" w:rsidR="00D2379E" w:rsidRDefault="00D2379E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>General administration tasks to support facilitators</w:t>
      </w:r>
      <w:r w:rsidR="00DF7DC3">
        <w:rPr>
          <w:rFonts w:ascii="Corbel" w:hAnsi="Corbel"/>
        </w:rPr>
        <w:t xml:space="preserve"> in the smooth running of workshops</w:t>
      </w:r>
      <w:r w:rsidR="005D629F">
        <w:rPr>
          <w:rFonts w:ascii="Corbel" w:hAnsi="Corbel"/>
        </w:rPr>
        <w:t>*</w:t>
      </w:r>
    </w:p>
    <w:p w14:paraId="0AEC3EF8" w14:textId="16609000" w:rsidR="009446E0" w:rsidRDefault="00762B3E" w:rsidP="009B6C44">
      <w:pPr>
        <w:pStyle w:val="ListBullet"/>
        <w:spacing w:before="24" w:after="24"/>
        <w:rPr>
          <w:rFonts w:ascii="Corbel" w:hAnsi="Corbel"/>
        </w:rPr>
      </w:pPr>
      <w:r>
        <w:rPr>
          <w:rFonts w:ascii="Corbel" w:hAnsi="Corbel"/>
        </w:rPr>
        <w:t xml:space="preserve">Contributing to workshop discussions </w:t>
      </w:r>
      <w:r w:rsidR="000B3899">
        <w:rPr>
          <w:rFonts w:ascii="Corbel" w:hAnsi="Corbel"/>
        </w:rPr>
        <w:t xml:space="preserve">and facilitation alongside </w:t>
      </w:r>
      <w:r w:rsidR="00E67834">
        <w:rPr>
          <w:rFonts w:ascii="Corbel" w:hAnsi="Corbel"/>
        </w:rPr>
        <w:t xml:space="preserve">Workshop keyworkers </w:t>
      </w:r>
      <w:r w:rsidR="000B3899">
        <w:rPr>
          <w:rFonts w:ascii="Corbel" w:hAnsi="Corbel"/>
        </w:rPr>
        <w:t>*</w:t>
      </w:r>
    </w:p>
    <w:p w14:paraId="6E5710BD" w14:textId="77777777" w:rsidR="00257D1C" w:rsidRPr="00EE32FA" w:rsidRDefault="00257D1C" w:rsidP="00257D1C">
      <w:pPr>
        <w:pStyle w:val="ListBullet"/>
        <w:rPr>
          <w:rFonts w:ascii="Corbel" w:hAnsi="Corbel"/>
        </w:rPr>
      </w:pPr>
      <w:r w:rsidRPr="00EE32FA">
        <w:rPr>
          <w:rFonts w:ascii="Corbel" w:hAnsi="Corbel"/>
        </w:rPr>
        <w:t>Escalating identified safeguarding concerns in line with service processes and policy</w:t>
      </w:r>
    </w:p>
    <w:p w14:paraId="7D7BB7BC" w14:textId="438542B0" w:rsidR="000A3591" w:rsidRDefault="00257D1C" w:rsidP="000C262F">
      <w:pPr>
        <w:pStyle w:val="ListBullet"/>
        <w:rPr>
          <w:rFonts w:ascii="Corbel" w:hAnsi="Corbel"/>
        </w:rPr>
      </w:pPr>
      <w:r w:rsidRPr="00965488">
        <w:rPr>
          <w:rFonts w:ascii="Corbel" w:hAnsi="Corbel"/>
        </w:rPr>
        <w:t>Help the service to maintain the trust of PWUS by adhering to confidentiality requirements</w:t>
      </w:r>
    </w:p>
    <w:p w14:paraId="3A676109" w14:textId="77777777" w:rsidR="00B55552" w:rsidRPr="000C262F" w:rsidRDefault="00B55552" w:rsidP="00B55552">
      <w:pPr>
        <w:pStyle w:val="ListBullet"/>
        <w:numPr>
          <w:ilvl w:val="0"/>
          <w:numId w:val="0"/>
        </w:numPr>
        <w:ind w:left="360"/>
        <w:rPr>
          <w:rFonts w:ascii="Corbel" w:hAnsi="Corbel"/>
        </w:rPr>
      </w:pPr>
    </w:p>
    <w:p w14:paraId="3A4D458F" w14:textId="51BF4AFB" w:rsidR="00C20D72" w:rsidRDefault="000A3591" w:rsidP="000A3591">
      <w:pPr>
        <w:pStyle w:val="ListBullet"/>
        <w:numPr>
          <w:ilvl w:val="0"/>
          <w:numId w:val="0"/>
        </w:numPr>
        <w:rPr>
          <w:rFonts w:ascii="Corbel" w:hAnsi="Corbel"/>
          <w:color w:val="FF5A00"/>
        </w:rPr>
      </w:pPr>
      <w:r w:rsidRPr="00234B46">
        <w:rPr>
          <w:rFonts w:ascii="Corbel" w:hAnsi="Corbel"/>
          <w:i/>
          <w:iCs/>
        </w:rPr>
        <w:t>*</w:t>
      </w:r>
      <w:proofErr w:type="gramStart"/>
      <w:r w:rsidRPr="00234B46">
        <w:rPr>
          <w:rFonts w:ascii="Corbel" w:hAnsi="Corbel"/>
          <w:i/>
          <w:iCs/>
        </w:rPr>
        <w:t>subject</w:t>
      </w:r>
      <w:proofErr w:type="gramEnd"/>
      <w:r w:rsidRPr="00234B46">
        <w:rPr>
          <w:rFonts w:ascii="Corbel" w:hAnsi="Corbel"/>
          <w:i/>
          <w:iCs/>
        </w:rPr>
        <w:t xml:space="preserve"> to competency sign off</w:t>
      </w:r>
    </w:p>
    <w:p w14:paraId="68004FFD" w14:textId="3FC9C311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Supervision and Support</w:t>
      </w:r>
    </w:p>
    <w:p w14:paraId="48DCCB20" w14:textId="73EDB488" w:rsidR="00307357" w:rsidRDefault="009B6C44" w:rsidP="00C20D7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Each shift, you will be paired with </w:t>
      </w:r>
      <w:r w:rsidR="00B55552" w:rsidRPr="00965488">
        <w:rPr>
          <w:rFonts w:ascii="Corbel" w:hAnsi="Corbel"/>
        </w:rPr>
        <w:t xml:space="preserve">a </w:t>
      </w:r>
      <w:r w:rsidR="00B55552">
        <w:rPr>
          <w:rFonts w:ascii="Corbel" w:hAnsi="Corbel"/>
        </w:rPr>
        <w:t>Cranstoun staff member</w:t>
      </w:r>
      <w:r w:rsidR="00B55552" w:rsidRPr="009B6C44">
        <w:rPr>
          <w:rFonts w:ascii="Corbel" w:hAnsi="Corbel"/>
        </w:rPr>
        <w:t xml:space="preserve"> </w:t>
      </w:r>
      <w:r w:rsidR="00B55552">
        <w:rPr>
          <w:rFonts w:ascii="Corbel" w:hAnsi="Corbel"/>
        </w:rPr>
        <w:t xml:space="preserve">as </w:t>
      </w:r>
      <w:r w:rsidRPr="009B6C44">
        <w:rPr>
          <w:rFonts w:ascii="Corbel" w:hAnsi="Corbel"/>
        </w:rPr>
        <w:t xml:space="preserve">a Buddy </w:t>
      </w:r>
      <w:r w:rsidR="009446E0" w:rsidRPr="009B6C44">
        <w:rPr>
          <w:rFonts w:ascii="Corbel" w:hAnsi="Corbel"/>
        </w:rPr>
        <w:t>who will act as your primary contact and guide during the shift. This Buddy may vary from shift to shift.</w:t>
      </w:r>
    </w:p>
    <w:p w14:paraId="3B2BDBCF" w14:textId="5B716E66" w:rsidR="00307357" w:rsidRDefault="009B6C44" w:rsidP="00C20D7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One-to-one supervision every 6 weeks with the Volunteer Coordinator</w:t>
      </w:r>
    </w:p>
    <w:p w14:paraId="6F098BBA" w14:textId="1C9C6413" w:rsidR="00FF327E" w:rsidRDefault="009446E0" w:rsidP="00C20D72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>During the first month of volunteering, weekly check-ins will be arranged (via face-to-face or phone) with the Volunteer Coordinator</w:t>
      </w:r>
    </w:p>
    <w:p w14:paraId="50AC0FB2" w14:textId="47461D17" w:rsidR="002A2707" w:rsidRPr="002A2707" w:rsidRDefault="002A2707" w:rsidP="002A2707">
      <w:pPr>
        <w:pStyle w:val="ListBullet"/>
        <w:numPr>
          <w:ilvl w:val="0"/>
          <w:numId w:val="10"/>
        </w:numPr>
        <w:spacing w:before="24" w:after="24"/>
        <w:rPr>
          <w:rFonts w:ascii="Corbel" w:hAnsi="Corbel"/>
        </w:rPr>
      </w:pPr>
      <w:r w:rsidRPr="00D56B25">
        <w:rPr>
          <w:rFonts w:ascii="Corbel" w:hAnsi="Corbel"/>
        </w:rPr>
        <w:t xml:space="preserve">Competency sign-off observations </w:t>
      </w:r>
    </w:p>
    <w:p w14:paraId="4F5AB5E5" w14:textId="77777777" w:rsid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</w:p>
    <w:p w14:paraId="5C425136" w14:textId="27DFCA25" w:rsidR="00FF327E" w:rsidRPr="009B6C44" w:rsidRDefault="009B6C44" w:rsidP="009B6C44">
      <w:pPr>
        <w:pStyle w:val="Heading2"/>
        <w:spacing w:before="24" w:after="24"/>
        <w:rPr>
          <w:rFonts w:ascii="Corbel" w:hAnsi="Corbel"/>
          <w:color w:val="FF5A00"/>
          <w:sz w:val="22"/>
          <w:szCs w:val="22"/>
        </w:rPr>
      </w:pPr>
      <w:r w:rsidRPr="009B6C44">
        <w:rPr>
          <w:rFonts w:ascii="Corbel" w:hAnsi="Corbel"/>
          <w:color w:val="FF5A00"/>
          <w:sz w:val="22"/>
          <w:szCs w:val="22"/>
        </w:rPr>
        <w:t>Location</w:t>
      </w:r>
    </w:p>
    <w:p w14:paraId="61E005DD" w14:textId="2C7B1847" w:rsidR="00FF327E" w:rsidRPr="009B6C44" w:rsidRDefault="009B6C44" w:rsidP="009B6C44">
      <w:pPr>
        <w:spacing w:before="24" w:after="24"/>
        <w:rPr>
          <w:rFonts w:ascii="Corbel" w:hAnsi="Corbel"/>
        </w:rPr>
      </w:pPr>
      <w:r w:rsidRPr="009B6C44">
        <w:rPr>
          <w:rFonts w:ascii="Corbel" w:hAnsi="Corbel"/>
        </w:rPr>
        <w:t xml:space="preserve">Volunteer placements </w:t>
      </w:r>
      <w:r w:rsidR="009446E0" w:rsidRPr="009B6C44">
        <w:rPr>
          <w:rFonts w:ascii="Corbel" w:hAnsi="Corbel"/>
        </w:rPr>
        <w:t xml:space="preserve">will be available at various sites across </w:t>
      </w:r>
      <w:r w:rsidR="00D2379E">
        <w:rPr>
          <w:rFonts w:ascii="Corbel" w:hAnsi="Corbel"/>
        </w:rPr>
        <w:t>Worcestershire</w:t>
      </w:r>
      <w:r w:rsidR="000C262F">
        <w:rPr>
          <w:rFonts w:ascii="Corbel" w:hAnsi="Corbel"/>
        </w:rPr>
        <w:t>. You will be able to express a preference for which workshop areas you will volunteer in.</w:t>
      </w:r>
    </w:p>
    <w:sectPr w:rsidR="00FF327E" w:rsidRPr="009B6C44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9DDB0" w14:textId="77777777" w:rsidR="00133183" w:rsidRDefault="00133183" w:rsidP="009446E0">
      <w:pPr>
        <w:spacing w:after="0" w:line="240" w:lineRule="auto"/>
      </w:pPr>
      <w:r>
        <w:separator/>
      </w:r>
    </w:p>
  </w:endnote>
  <w:endnote w:type="continuationSeparator" w:id="0">
    <w:p w14:paraId="176DA1F6" w14:textId="77777777" w:rsidR="00133183" w:rsidRDefault="00133183" w:rsidP="0094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D9E2F" w14:textId="77777777" w:rsidR="00133183" w:rsidRDefault="00133183" w:rsidP="009446E0">
      <w:pPr>
        <w:spacing w:after="0" w:line="240" w:lineRule="auto"/>
      </w:pPr>
      <w:r>
        <w:separator/>
      </w:r>
    </w:p>
  </w:footnote>
  <w:footnote w:type="continuationSeparator" w:id="0">
    <w:p w14:paraId="389671BE" w14:textId="77777777" w:rsidR="00133183" w:rsidRDefault="00133183" w:rsidP="0094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4229" w14:textId="53F0B8DD" w:rsidR="009446E0" w:rsidRDefault="009446E0">
    <w:pPr>
      <w:pStyle w:val="Header"/>
    </w:pPr>
    <w:r w:rsidRPr="001910FF">
      <w:rPr>
        <w:noProof/>
      </w:rPr>
      <w:drawing>
        <wp:anchor distT="0" distB="0" distL="114300" distR="114300" simplePos="0" relativeHeight="251659264" behindDoc="0" locked="0" layoutInCell="1" allowOverlap="1" wp14:anchorId="54F0E34E" wp14:editId="342F43DA">
          <wp:simplePos x="0" y="0"/>
          <wp:positionH relativeFrom="column">
            <wp:posOffset>3778250</wp:posOffset>
          </wp:positionH>
          <wp:positionV relativeFrom="paragraph">
            <wp:posOffset>-120650</wp:posOffset>
          </wp:positionV>
          <wp:extent cx="2453640" cy="499110"/>
          <wp:effectExtent l="0" t="0" r="381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364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DC19F7"/>
    <w:multiLevelType w:val="hybridMultilevel"/>
    <w:tmpl w:val="359C0F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293D95"/>
    <w:multiLevelType w:val="hybridMultilevel"/>
    <w:tmpl w:val="CA9C3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9546199">
    <w:abstractNumId w:val="8"/>
  </w:num>
  <w:num w:numId="2" w16cid:durableId="576323781">
    <w:abstractNumId w:val="6"/>
  </w:num>
  <w:num w:numId="3" w16cid:durableId="1298029957">
    <w:abstractNumId w:val="5"/>
  </w:num>
  <w:num w:numId="4" w16cid:durableId="1308434958">
    <w:abstractNumId w:val="4"/>
  </w:num>
  <w:num w:numId="5" w16cid:durableId="1316835734">
    <w:abstractNumId w:val="7"/>
  </w:num>
  <w:num w:numId="6" w16cid:durableId="50465125">
    <w:abstractNumId w:val="3"/>
  </w:num>
  <w:num w:numId="7" w16cid:durableId="1925647758">
    <w:abstractNumId w:val="2"/>
  </w:num>
  <w:num w:numId="8" w16cid:durableId="836657037">
    <w:abstractNumId w:val="1"/>
  </w:num>
  <w:num w:numId="9" w16cid:durableId="1019116983">
    <w:abstractNumId w:val="0"/>
  </w:num>
  <w:num w:numId="10" w16cid:durableId="1808860093">
    <w:abstractNumId w:val="9"/>
  </w:num>
  <w:num w:numId="11" w16cid:durableId="2288535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25EC"/>
    <w:rsid w:val="000A3591"/>
    <w:rsid w:val="000B3899"/>
    <w:rsid w:val="000C262F"/>
    <w:rsid w:val="000D0B75"/>
    <w:rsid w:val="00133183"/>
    <w:rsid w:val="0015074B"/>
    <w:rsid w:val="00180F3C"/>
    <w:rsid w:val="00185206"/>
    <w:rsid w:val="001B4B52"/>
    <w:rsid w:val="00206697"/>
    <w:rsid w:val="0023074A"/>
    <w:rsid w:val="002501DE"/>
    <w:rsid w:val="00257D1C"/>
    <w:rsid w:val="0029639D"/>
    <w:rsid w:val="002A2707"/>
    <w:rsid w:val="00307357"/>
    <w:rsid w:val="00326F90"/>
    <w:rsid w:val="003925D9"/>
    <w:rsid w:val="003B6182"/>
    <w:rsid w:val="00483CB1"/>
    <w:rsid w:val="005257B5"/>
    <w:rsid w:val="005D629F"/>
    <w:rsid w:val="0061635A"/>
    <w:rsid w:val="00620BB3"/>
    <w:rsid w:val="006C1675"/>
    <w:rsid w:val="00762B3E"/>
    <w:rsid w:val="007C3F69"/>
    <w:rsid w:val="00837C0C"/>
    <w:rsid w:val="00893EDD"/>
    <w:rsid w:val="009446E0"/>
    <w:rsid w:val="009B6C44"/>
    <w:rsid w:val="00AA1D8D"/>
    <w:rsid w:val="00B47730"/>
    <w:rsid w:val="00B55552"/>
    <w:rsid w:val="00B6529A"/>
    <w:rsid w:val="00C20D72"/>
    <w:rsid w:val="00CA36EF"/>
    <w:rsid w:val="00CB0664"/>
    <w:rsid w:val="00D20A29"/>
    <w:rsid w:val="00D2379E"/>
    <w:rsid w:val="00D53A42"/>
    <w:rsid w:val="00DA6EE8"/>
    <w:rsid w:val="00DB468C"/>
    <w:rsid w:val="00DD397C"/>
    <w:rsid w:val="00DF7DC3"/>
    <w:rsid w:val="00E37BD9"/>
    <w:rsid w:val="00E67834"/>
    <w:rsid w:val="00F22BD7"/>
    <w:rsid w:val="00F46AD9"/>
    <w:rsid w:val="00FC693F"/>
    <w:rsid w:val="00FE1922"/>
    <w:rsid w:val="00FF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C4EC3"/>
  <w14:defaultImageDpi w14:val="300"/>
  <w15:docId w15:val="{73DDAD03-F564-4AF3-A97C-3F0B1129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46A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7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D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D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Fotheringham</cp:lastModifiedBy>
  <cp:revision>11</cp:revision>
  <dcterms:created xsi:type="dcterms:W3CDTF">2025-07-01T15:32:00Z</dcterms:created>
  <dcterms:modified xsi:type="dcterms:W3CDTF">2025-07-23T13:11:00Z</dcterms:modified>
  <cp:category/>
</cp:coreProperties>
</file>